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[Employee Full Name]</w:t>
      </w:r>
      <w:r>
        <w:br/>
      </w:r>
      <w:r>
        <w:rPr>
          <w:b w:val="0"/>
          <w:i w:val="0"/>
        </w:rPr>
        <w:t>[Designation], [Department]</w:t>
      </w:r>
    </w:p>
    <w:p>
      <w:r>
        <w:rPr>
          <w:b w:val="0"/>
          <w:i w:val="0"/>
        </w:rPr>
        <w:t>Date: [DD Month YYYY]</w:t>
      </w:r>
    </w:p>
    <w:p>
      <w:r>
        <w:rPr>
          <w:b w:val="0"/>
          <w:i w:val="0"/>
        </w:rPr>
        <w:t>[Name of Manager / HR Manager]</w:t>
      </w:r>
      <w:r>
        <w:br/>
      </w:r>
      <w:r>
        <w:rPr>
          <w:b w:val="0"/>
          <w:i w:val="0"/>
        </w:rPr>
        <w:t>[Company Name]</w:t>
      </w:r>
    </w:p>
    <w:p>
      <w:r>
        <w:rPr>
          <w:b/>
          <w:i w:val="0"/>
        </w:rPr>
        <w:t>Subject: Resignation with a request for a shorter notice period</w:t>
      </w:r>
    </w:p>
    <w:p>
      <w:r>
        <w:rPr>
          <w:b w:val="0"/>
          <w:i w:val="0"/>
        </w:rPr>
        <w:t>Dear [Mr/Ms Last Name],</w:t>
      </w:r>
    </w:p>
    <w:p>
      <w:r>
        <w:rPr>
          <w:b w:val="0"/>
          <w:i w:val="0"/>
        </w:rPr>
        <w:t xml:space="preserve">I hereby resign from my position as </w:t>
      </w:r>
      <w:r>
        <w:rPr>
          <w:b/>
          <w:i w:val="0"/>
        </w:rPr>
        <w:t>[Designation]</w:t>
      </w:r>
      <w:r>
        <w:rPr>
          <w:b w:val="0"/>
          <w:i w:val="0"/>
        </w:rPr>
        <w:t xml:space="preserve"> at </w:t>
      </w:r>
      <w:r>
        <w:rPr>
          <w:b/>
          <w:i w:val="0"/>
        </w:rPr>
        <w:t>[Company Name]</w:t>
      </w:r>
      <w:r>
        <w:rPr>
          <w:b w:val="0"/>
          <w:i w:val="0"/>
        </w:rPr>
        <w:t xml:space="preserve">. My letter of appointment requires [one month’s] notice; I respectfully request that the notice period be reduced so that my last working day is </w:t>
      </w:r>
      <w:r>
        <w:rPr>
          <w:b/>
          <w:i w:val="0"/>
        </w:rPr>
        <w:t>[Requested Last Working Day]</w:t>
      </w:r>
      <w:r>
        <w:rPr>
          <w:b w:val="0"/>
          <w:i w:val="0"/>
        </w:rPr>
        <w:t>, because [brief reason: new role start date / relocation / study].</w:t>
      </w:r>
    </w:p>
    <w:p>
      <w:r>
        <w:rPr>
          <w:b w:val="0"/>
          <w:i w:val="0"/>
        </w:rPr>
        <w:t>I understand that, if the company does not agree, it may set off the unserved notice against my final settlement as provided in clause [x] of my letter of appointment, and I am willing to discuss a handover plan that reduces the disruption to the team.</w:t>
      </w:r>
    </w:p>
    <w:p>
      <w:r>
        <w:rPr>
          <w:b w:val="0"/>
          <w:i w:val="0"/>
        </w:rPr>
        <w:t>I will hand over my responsibilities to [name] and return all company property before my last day. Please process my final settlement, accrued annual leave and EPF and ETF remittances to date, and issue a certificate of service.</w:t>
      </w:r>
    </w:p>
    <w:p>
      <w:r>
        <w:rPr>
          <w:b w:val="0"/>
          <w:i w:val="0"/>
        </w:rPr>
        <w:t>Thank you for your consideration and for the opportunity to have worked here.</w:t>
      </w:r>
    </w:p>
    <w:p>
      <w:r>
        <w:rPr>
          <w:b w:val="0"/>
          <w:i w:val="0"/>
        </w:rPr>
        <w:t>Yours sincerely,</w:t>
      </w:r>
    </w:p>
    <w:p>
      <w:r>
        <w:rPr>
          <w:b w:val="0"/>
          <w:i w:val="0"/>
        </w:rPr>
        <w:t>.................................................</w:t>
      </w:r>
    </w:p>
    <w:p>
      <w:r>
        <w:rPr>
          <w:b/>
          <w:i w:val="0"/>
        </w:rPr>
        <w:t>[Employee Full Name]</w:t>
      </w:r>
      <w:r>
        <w:br/>
      </w:r>
      <w:r>
        <w:rPr>
          <w:b w:val="0"/>
          <w:i w:val="0"/>
        </w:rPr>
        <w:t>NIC No. [xxxxxxxxxV]</w:t>
      </w:r>
    </w:p>
    <w:p>
      <w:r>
        <w:rPr>
          <w:sz w:val="16"/>
        </w:rPr>
        <w:t>Template by Humanised · www.gethumanised.com/hr-templates/ · Edit every item in square brackets.</w:t>
      </w:r>
    </w:p>
    <w:sectPr w:rsidR="00FC693F" w:rsidRPr="0006063C" w:rsidSect="00034616">
      <w:pgSz w:w="12240" w:h="15840"/>
      <w:pgMar w:top="1247" w:right="1134" w:bottom="124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