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 w:val="0"/>
          <w:i/>
        </w:rPr>
        <w:t>[Company Letterhead]</w:t>
      </w:r>
    </w:p>
    <w:p>
      <w:r>
        <w:rPr>
          <w:b w:val="0"/>
          <w:i w:val="0"/>
        </w:rPr>
        <w:t>Date: [DD Month YYYY]</w:t>
      </w:r>
    </w:p>
    <w:p>
      <w:r>
        <w:rPr>
          <w:b w:val="0"/>
          <w:i w:val="0"/>
        </w:rPr>
        <w:t>Ref: [HR/WARN/____]</w:t>
      </w:r>
    </w:p>
    <w:p>
      <w:r>
        <w:rPr>
          <w:b w:val="0"/>
          <w:i w:val="0"/>
        </w:rPr>
        <w:t>[Employee Full Name]</w:t>
      </w:r>
      <w:r>
        <w:br/>
      </w:r>
      <w:r>
        <w:rPr>
          <w:b w:val="0"/>
          <w:i w:val="0"/>
        </w:rPr>
        <w:t>[Designation], [Department]</w:t>
      </w:r>
    </w:p>
    <w:p>
      <w:r>
        <w:rPr>
          <w:b/>
          <w:i w:val="0"/>
        </w:rPr>
        <w:t>Subject: First written warning</w:t>
      </w:r>
    </w:p>
    <w:p>
      <w:r>
        <w:rPr>
          <w:b w:val="0"/>
          <w:i w:val="0"/>
        </w:rPr>
        <w:t>Dear [Mr/Ms Last Name],</w:t>
      </w:r>
    </w:p>
    <w:p>
      <w:r>
        <w:rPr>
          <w:b w:val="0"/>
          <w:i w:val="0"/>
        </w:rPr>
        <w:t>On [date] at [time / place] you [describe the conduct precisely: e.g. reported for duty two hours late without informing your supervisor; failed to complete the [task] assigned on [date]]. This is contrary to [clause [x] of your letter of appointment / section [x] of the Employee Handbook / the instruction given to you on [date]].</w:t>
      </w:r>
    </w:p>
    <w:p>
      <w:r>
        <w:rPr>
          <w:b w:val="0"/>
          <w:i w:val="0"/>
        </w:rPr>
        <w:t xml:space="preserve">This matter was discussed with you on [date], when you [gave the following explanation: ... / offered no acceptable explanation]. Having considered it, the Company has decided to issue you this </w:t>
      </w:r>
      <w:r>
        <w:rPr>
          <w:b/>
          <w:i w:val="0"/>
        </w:rPr>
        <w:t>first written warning</w:t>
      </w:r>
      <w:r>
        <w:rPr>
          <w:b w:val="0"/>
          <w:i w:val="0"/>
        </w:rPr>
        <w:t>.</w:t>
      </w:r>
    </w:p>
    <w:p>
      <w:r>
        <w:rPr>
          <w:b w:val="0"/>
          <w:i w:val="0"/>
        </w:rPr>
        <w:t>You are required to [state the improvement expected, e.g. report for duty at the rostered time and inform your supervisor of any unavoidable delay before the start of the shift] with immediate effect. Your conduct will be reviewed on [date]. Please note that a repetition of this conduct, or any further misconduct, may lead to further disciplinary action, including a final warning, suspension or termination of employment after due process.</w:t>
      </w:r>
    </w:p>
    <w:p>
      <w:r>
        <w:rPr>
          <w:b w:val="0"/>
          <w:i w:val="0"/>
        </w:rPr>
        <w:t>This warning will remain on your personal file for [twelve] months. You may respond in writing within [seven] days if you wish to place your comments on record.</w:t>
      </w:r>
    </w:p>
    <w:p>
      <w:r>
        <w:rPr>
          <w:b w:val="0"/>
          <w:i w:val="0"/>
        </w:rPr>
        <w:t>Yours faithfully,</w:t>
      </w:r>
    </w:p>
    <w:p>
      <w:r>
        <w:rPr>
          <w:b w:val="0"/>
          <w:i w:val="0"/>
        </w:rPr>
        <w:t>.................................................</w:t>
      </w:r>
    </w:p>
    <w:p>
      <w:r>
        <w:rPr>
          <w:b/>
          <w:i w:val="0"/>
        </w:rPr>
        <w:t>[Name of Authorised Signatory]</w:t>
      </w:r>
      <w:r>
        <w:br/>
      </w:r>
      <w:r>
        <w:rPr>
          <w:b w:val="0"/>
          <w:i w:val="0"/>
        </w:rPr>
        <w:t>[Designation]</w:t>
      </w:r>
      <w:r>
        <w:br/>
      </w:r>
      <w:r>
        <w:rPr>
          <w:b w:val="0"/>
          <w:i w:val="0"/>
        </w:rPr>
        <w:t>[Company Name]</w:t>
      </w:r>
    </w:p>
    <w:p>
      <w:r>
        <w:rPr>
          <w:b w:val="0"/>
          <w:i w:val="0"/>
          <w:sz w:val="18"/>
        </w:rPr>
        <w:t>I acknowledge receipt of this letter (receipt does not signify agreement): ......................................... [Employee Name] Date: ................</w:t>
      </w:r>
    </w:p>
    <w:p>
      <w:r>
        <w:rPr>
          <w:sz w:val="16"/>
        </w:rPr>
        <w:t>Template by Humanised · www.gethumanised.com/hr-templates/ · Edit every item in square brackets.</w:t>
      </w:r>
    </w:p>
    <w:sectPr w:rsidR="00FC693F" w:rsidRPr="0006063C" w:rsidSect="00034616">
      <w:pgSz w:w="12240" w:h="15840"/>
      <w:pgMar w:top="1247" w:right="1134" w:bottom="124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