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[Company name]</w:t>
      </w:r>
    </w:p>
    <w:p>
      <w:r>
        <w:t>[Address] · EPF/ETF employer no. [XX/00000] · TIN [000000000]</w:t>
      </w:r>
    </w:p>
    <w:p>
      <w:r>
        <w:rPr>
          <w:b/>
          <w:sz w:val="24"/>
        </w:rPr>
        <w:t>PAYSLIP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</w:rPr>
              <w:t>Employee name</w:t>
            </w:r>
          </w:p>
        </w:tc>
        <w:tc>
          <w:tcPr>
            <w:tcW w:type="dxa" w:w="2550"/>
          </w:tcPr>
          <w:p>
            <w:r>
              <w:t>[Name]</w:t>
            </w:r>
          </w:p>
        </w:tc>
        <w:tc>
          <w:tcPr>
            <w:tcW w:type="dxa" w:w="2550"/>
          </w:tcPr>
          <w:p>
            <w:r>
              <w:rPr>
                <w:b/>
              </w:rPr>
              <w:t>Pay period (month)</w:t>
            </w:r>
          </w:p>
        </w:tc>
        <w:tc>
          <w:tcPr>
            <w:tcW w:type="dxa" w:w="2550"/>
          </w:tcPr>
          <w:p>
            <w:r>
              <w:t>[January 2026]</w:t>
            </w:r>
          </w:p>
        </w:tc>
      </w:tr>
      <w:tr>
        <w:tc>
          <w:tcPr>
            <w:tcW w:type="dxa" w:w="2550"/>
          </w:tcPr>
          <w:p>
            <w:r>
              <w:rPr>
                <w:b/>
              </w:rPr>
              <w:t>Designation</w:t>
            </w:r>
          </w:p>
        </w:tc>
        <w:tc>
          <w:tcPr>
            <w:tcW w:type="dxa" w:w="2550"/>
          </w:tcPr>
          <w:p>
            <w:r>
              <w:t>[Designation]</w:t>
            </w:r>
          </w:p>
        </w:tc>
        <w:tc>
          <w:tcPr>
            <w:tcW w:type="dxa" w:w="2550"/>
          </w:tcPr>
          <w:p>
            <w:r>
              <w:rPr>
                <w:b/>
              </w:rPr>
              <w:t>Date of payment</w:t>
            </w:r>
          </w:p>
        </w:tc>
        <w:tc>
          <w:tcPr>
            <w:tcW w:type="dxa" w:w="2550"/>
          </w:tcPr>
          <w:p>
            <w:r>
              <w:t>[2026-02-05]</w:t>
            </w:r>
          </w:p>
        </w:tc>
      </w:tr>
      <w:tr>
        <w:tc>
          <w:tcPr>
            <w:tcW w:type="dxa" w:w="2550"/>
          </w:tcPr>
          <w:p>
            <w:r>
              <w:rPr>
                <w:b/>
              </w:rPr>
              <w:t>EPF member no.</w:t>
            </w:r>
          </w:p>
        </w:tc>
        <w:tc>
          <w:tcPr>
            <w:tcW w:type="dxa" w:w="2550"/>
          </w:tcPr>
          <w:p>
            <w:r>
              <w:t>[00]</w:t>
            </w:r>
          </w:p>
        </w:tc>
        <w:tc>
          <w:tcPr>
            <w:tcW w:type="dxa" w:w="2550"/>
          </w:tcPr>
          <w:p>
            <w:r>
              <w:rPr>
                <w:b/>
              </w:rPr>
              <w:t>Days worked / no-pay days</w:t>
            </w:r>
          </w:p>
        </w:tc>
        <w:tc>
          <w:tcPr>
            <w:tcW w:type="dxa" w:w="2550"/>
          </w:tcPr>
          <w:p>
            <w:r>
              <w:t>[22 / 0]</w:t>
            </w:r>
          </w:p>
        </w:tc>
      </w:tr>
      <w:tr>
        <w:tc>
          <w:tcPr>
            <w:tcW w:type="dxa" w:w="2550"/>
          </w:tcPr>
          <w:p>
            <w:r>
              <w:rPr>
                <w:b/>
              </w:rPr>
              <w:t>NIC</w:t>
            </w:r>
          </w:p>
        </w:tc>
        <w:tc>
          <w:tcPr>
            <w:tcW w:type="dxa" w:w="2550"/>
          </w:tcPr>
          <w:p>
            <w:r>
              <w:t>[000000000V]</w:t>
            </w:r>
          </w:p>
        </w:tc>
        <w:tc>
          <w:tcPr>
            <w:tcW w:type="dxa" w:w="2550"/>
          </w:tcPr>
          <w:p>
            <w:r>
              <w:rPr>
                <w:b/>
              </w:rPr>
              <w:t>Hours worked / OT hours</w:t>
            </w:r>
          </w:p>
        </w:tc>
        <w:tc>
          <w:tcPr>
            <w:tcW w:type="dxa" w:w="2550"/>
          </w:tcPr>
          <w:p>
            <w:r>
              <w:t>[176 / 0]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</w:rPr>
              <w:t>EARNINGS</w:t>
            </w:r>
          </w:p>
        </w:tc>
        <w:tc>
          <w:tcPr>
            <w:tcW w:type="dxa" w:w="2550"/>
          </w:tcPr>
          <w:p>
            <w:r>
              <w:rPr>
                <w:b/>
              </w:rPr>
              <w:t>LKR</w:t>
            </w:r>
          </w:p>
        </w:tc>
        <w:tc>
          <w:tcPr>
            <w:tcW w:type="dxa" w:w="2550"/>
          </w:tcPr>
          <w:p>
            <w:r>
              <w:rPr>
                <w:b/>
              </w:rPr>
              <w:t>DEDUCTIONS</w:t>
            </w:r>
          </w:p>
        </w:tc>
        <w:tc>
          <w:tcPr>
            <w:tcW w:type="dxa" w:w="2550"/>
          </w:tcPr>
          <w:p>
            <w:r>
              <w:rPr>
                <w:b/>
              </w:rPr>
              <w:t>LKR</w:t>
            </w:r>
          </w:p>
        </w:tc>
      </w:tr>
      <w:tr>
        <w:tc>
          <w:tcPr>
            <w:tcW w:type="dxa" w:w="2550"/>
          </w:tcPr>
          <w:p>
            <w:r>
              <w:t>Basic salary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150,000.00</w:t>
            </w:r>
          </w:p>
        </w:tc>
        <w:tc>
          <w:tcPr>
            <w:tcW w:type="dxa" w:w="2550"/>
          </w:tcPr>
          <w:p>
            <w:r>
              <w:t>EPF employee contribution 8%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14,000.00</w:t>
            </w:r>
          </w:p>
        </w:tc>
      </w:tr>
      <w:tr>
        <w:tc>
          <w:tcPr>
            <w:tcW w:type="dxa" w:w="2550"/>
          </w:tcPr>
          <w:p>
            <w:r>
              <w:t>Fixed allowance (EPF-liable)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25,000.00</w:t>
            </w:r>
          </w:p>
        </w:tc>
        <w:tc>
          <w:tcPr>
            <w:tcW w:type="dxa" w:w="2550"/>
          </w:tcPr>
          <w:p>
            <w:r>
              <w:t>APIT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1,500.00</w:t>
            </w:r>
          </w:p>
        </w:tc>
      </w:tr>
      <w:tr>
        <w:tc>
          <w:tcPr>
            <w:tcW w:type="dxa" w:w="2550"/>
          </w:tcPr>
          <w:p>
            <w:r>
              <w:t>Other allowance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0.00</w:t>
            </w:r>
          </w:p>
        </w:tc>
        <w:tc>
          <w:tcPr>
            <w:tcW w:type="dxa" w:w="2550"/>
          </w:tcPr>
          <w:p>
            <w:r>
              <w:t>Stamp duty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25.00</w:t>
            </w:r>
          </w:p>
        </w:tc>
      </w:tr>
      <w:tr>
        <w:tc>
          <w:tcPr>
            <w:tcW w:type="dxa" w:w="2550"/>
          </w:tcPr>
          <w:p>
            <w:r>
              <w:t>Travelling reimbursement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0.00</w:t>
            </w:r>
          </w:p>
        </w:tc>
        <w:tc>
          <w:tcPr>
            <w:tcW w:type="dxa" w:w="2550"/>
          </w:tcPr>
          <w:p>
            <w:r>
              <w:t>Salary advance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2550"/>
          </w:tcPr>
          <w:p>
            <w:r>
              <w:t>Overtime pay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0.00</w:t>
            </w:r>
          </w:p>
        </w:tc>
        <w:tc>
          <w:tcPr>
            <w:tcW w:type="dxa" w:w="2550"/>
          </w:tcPr>
          <w:p>
            <w:r>
              <w:t>Staff loan instalment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2550"/>
          </w:tcPr>
          <w:p>
            <w:r>
              <w:t>Arrears / bonus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0.00</w:t>
            </w:r>
          </w:p>
        </w:tc>
        <w:tc>
          <w:tcPr>
            <w:tcW w:type="dxa" w:w="2550"/>
          </w:tcPr>
          <w:p>
            <w:r>
              <w:t>Other deduction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2550"/>
          </w:tcPr>
          <w:p>
            <w:r>
              <w:t>Less: no-pay deduction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0.00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pPr>
              <w:jc w:val="right"/>
            </w:pPr>
            <w:r/>
          </w:p>
        </w:tc>
      </w:tr>
      <w:tr>
        <w:tc>
          <w:tcPr>
            <w:tcW w:type="dxa" w:w="2550"/>
          </w:tcPr>
          <w:p>
            <w:r>
              <w:rPr>
                <w:b/>
              </w:rPr>
              <w:t>GROSS PAY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rPr>
                <w:b/>
              </w:rPr>
              <w:t>175,000.00</w:t>
            </w:r>
          </w:p>
        </w:tc>
        <w:tc>
          <w:tcPr>
            <w:tcW w:type="dxa" w:w="2550"/>
          </w:tcPr>
          <w:p>
            <w:r>
              <w:rPr>
                <w:b/>
              </w:rPr>
              <w:t>TOTAL DEDUCTIONS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rPr>
                <w:b/>
              </w:rPr>
              <w:t>15,525.00</w:t>
            </w:r>
          </w:p>
        </w:tc>
      </w:tr>
      <w:tr>
        <w:tc>
          <w:tcPr>
            <w:tcW w:type="dxa" w:w="2550"/>
          </w:tcPr>
          <w:p>
            <w:r>
              <w:t>EPF-liable earnings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175,000.00</w:t>
            </w:r>
          </w:p>
        </w:tc>
        <w:tc>
          <w:tcPr>
            <w:tcW w:type="dxa" w:w="2550"/>
          </w:tcPr>
          <w:p>
            <w:r>
              <w:rPr>
                <w:b/>
              </w:rPr>
              <w:t>NET PAY</w:t>
            </w:r>
          </w:p>
        </w:tc>
        <w:tc>
          <w:tcPr>
            <w:tcW w:type="dxa" w:w="2550"/>
          </w:tcPr>
          <w:p>
            <w:pPr>
              <w:jc w:val="right"/>
            </w:pPr>
            <w:r>
              <w:t>159,475.00</w:t>
            </w:r>
          </w:p>
        </w:tc>
      </w:tr>
    </w:tbl>
    <w:p/>
    <w:p>
      <w:r>
        <w:rPr>
          <w:b/>
        </w:rPr>
        <w:t>Employer contributions (not deducted from pay)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EPF employer 12%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21,000.00</w:t>
            </w:r>
          </w:p>
        </w:tc>
      </w:tr>
      <w:tr>
        <w:tc>
          <w:tcPr>
            <w:tcW w:type="dxa" w:w="5100"/>
          </w:tcPr>
          <w:p>
            <w:r>
              <w:t>ETF employer 3%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5,250.00</w:t>
            </w:r>
          </w:p>
        </w:tc>
      </w:tr>
      <w:tr>
        <w:tc>
          <w:tcPr>
            <w:tcW w:type="dxa" w:w="5100"/>
          </w:tcPr>
          <w:p>
            <w:r>
              <w:t>Total EPF remitted (20%)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35,000.00</w:t>
            </w:r>
          </w:p>
        </w:tc>
      </w:tr>
    </w:tbl>
    <w:p/>
    <w:p>
      <w:r>
        <w:t>Received the net pay stated above.   Employee signature: ____________________   Date: __________</w:t>
      </w:r>
    </w:p>
    <w:p>
      <w:r>
        <w:rPr>
          <w:sz w:val="16"/>
        </w:rPr>
        <w:t>Figures shown are the worked example (basic 150,000 + allowance 25,000; APIT 1,500 per IRD Table 1 2025/26). Replace with your own. Components per Shop and Office Employees Regulations reg. 17(1)(ii). Template by gethumanised.com.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